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Observaciones</w:t>
      </w:r>
    </w:p>
    <w:tbl>
      <w:tblPr>
        <w:tblStyle w:val="Table1"/>
        <w:tblW w:w="126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0"/>
        <w:gridCol w:w="1440"/>
        <w:gridCol w:w="1440"/>
        <w:gridCol w:w="1440"/>
        <w:gridCol w:w="1410"/>
        <w:gridCol w:w="5520"/>
        <w:tblGridChange w:id="0">
          <w:tblGrid>
            <w:gridCol w:w="1440"/>
            <w:gridCol w:w="1440"/>
            <w:gridCol w:w="1440"/>
            <w:gridCol w:w="1440"/>
            <w:gridCol w:w="1410"/>
            <w:gridCol w:w="5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observada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visual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Cumple / No cumple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Comentarios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Describe con claridad lo observado en el sitio de trabajo.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Indica el cumplimiento respecto a los procedimientos aplicables.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Anexa fotografías si es posible.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7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8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19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FO-E-PL-14-11</w:t>
          </w:r>
        </w:p>
        <w:p w:rsidR="00000000" w:rsidDel="00000000" w:rsidP="00000000" w:rsidRDefault="00000000" w:rsidRPr="00000000" w14:paraId="0000001A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1B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C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1D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Registro de observación directa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1E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Cci+Owr+Wxt4u/g0byWVUml0ew==">CgMxLjAyCGguZ2pkZ3hzOAByITFRZmx3WFU2RTVJcndhTGZhVW1XVXFHcE8xX3I2dDNfNw==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